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75"/>
        <w:gridCol w:w="3175"/>
        <w:gridCol w:w="3175"/>
      </w:tblGrid>
      <w:tr w:rsidR="00A5558E" w:rsidRPr="00075EF5" w14:paraId="78F608B9" w14:textId="77777777">
        <w:trPr>
          <w:jc w:val="center"/>
        </w:trPr>
        <w:tc>
          <w:tcPr>
            <w:tcW w:w="3175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AF7CEAD" w14:textId="77777777" w:rsidR="00A5558E" w:rsidRPr="00887901" w:rsidRDefault="009B6C6F">
            <w:pPr>
              <w:spacing w:after="0" w:line="240" w:lineRule="auto"/>
              <w:jc w:val="left"/>
              <w:rPr>
                <w:rFonts w:ascii="Times New Roman" w:hAnsi="Times New Roman" w:cs="Times New Roman"/>
                <w:lang w:val="ru-RU"/>
              </w:rPr>
            </w:pPr>
            <w:r w:rsidRPr="00887901">
              <w:rPr>
                <w:rFonts w:ascii="Times New Roman" w:hAnsi="Times New Roman" w:cs="Times New Roman"/>
                <w:color w:val="000000"/>
                <w:sz w:val="18"/>
                <w:lang w:val="ru-RU"/>
              </w:rPr>
              <w:t>РАССМОТРЕНО</w:t>
            </w:r>
            <w:r w:rsidRPr="00887901">
              <w:rPr>
                <w:rFonts w:ascii="Times New Roman" w:hAnsi="Times New Roman" w:cs="Times New Roman"/>
                <w:color w:val="000000"/>
                <w:sz w:val="18"/>
                <w:lang w:val="ru-RU"/>
              </w:rPr>
              <w:br/>
              <w:t>на заседании методического объединения</w:t>
            </w:r>
            <w:r w:rsidRPr="00887901">
              <w:rPr>
                <w:rFonts w:ascii="Times New Roman" w:hAnsi="Times New Roman" w:cs="Times New Roman"/>
                <w:color w:val="000000"/>
                <w:sz w:val="18"/>
                <w:lang w:val="ru-RU"/>
              </w:rPr>
              <w:br/>
              <w:t>Протокол № ____</w:t>
            </w:r>
            <w:r w:rsidRPr="00887901">
              <w:rPr>
                <w:rFonts w:ascii="Times New Roman" w:hAnsi="Times New Roman" w:cs="Times New Roman"/>
                <w:color w:val="000000"/>
                <w:sz w:val="18"/>
                <w:lang w:val="ru-RU"/>
              </w:rPr>
              <w:br/>
              <w:t>от «___» __________ 20___ г.</w:t>
            </w:r>
          </w:p>
        </w:tc>
        <w:tc>
          <w:tcPr>
            <w:tcW w:w="3175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FC0CB85" w14:textId="77777777" w:rsidR="00A5558E" w:rsidRPr="00887901" w:rsidRDefault="009B6C6F">
            <w:pPr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  <w:r w:rsidRPr="00887901">
              <w:rPr>
                <w:rFonts w:ascii="Times New Roman" w:hAnsi="Times New Roman" w:cs="Times New Roman"/>
                <w:color w:val="000000"/>
                <w:sz w:val="18"/>
              </w:rPr>
              <w:t>СОГЛАСОВАНО</w:t>
            </w:r>
            <w:r w:rsidRPr="00887901">
              <w:rPr>
                <w:rFonts w:ascii="Times New Roman" w:hAnsi="Times New Roman" w:cs="Times New Roman"/>
                <w:color w:val="000000"/>
                <w:sz w:val="18"/>
              </w:rPr>
              <w:br/>
            </w:r>
            <w:proofErr w:type="spellStart"/>
            <w:r w:rsidRPr="00887901">
              <w:rPr>
                <w:rFonts w:ascii="Times New Roman" w:hAnsi="Times New Roman" w:cs="Times New Roman"/>
                <w:color w:val="000000"/>
                <w:sz w:val="18"/>
              </w:rPr>
              <w:t>Заместитель</w:t>
            </w:r>
            <w:proofErr w:type="spellEnd"/>
            <w:r w:rsidRPr="00887901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887901">
              <w:rPr>
                <w:rFonts w:ascii="Times New Roman" w:hAnsi="Times New Roman" w:cs="Times New Roman"/>
                <w:color w:val="000000"/>
                <w:sz w:val="18"/>
              </w:rPr>
              <w:t>директора</w:t>
            </w:r>
            <w:proofErr w:type="spellEnd"/>
            <w:r w:rsidRPr="00887901">
              <w:rPr>
                <w:rFonts w:ascii="Times New Roman" w:hAnsi="Times New Roman" w:cs="Times New Roman"/>
                <w:color w:val="000000"/>
                <w:sz w:val="18"/>
              </w:rPr>
              <w:br/>
              <w:t>____________ /____________/</w:t>
            </w:r>
            <w:r w:rsidRPr="00887901">
              <w:rPr>
                <w:rFonts w:ascii="Times New Roman" w:hAnsi="Times New Roman" w:cs="Times New Roman"/>
                <w:color w:val="000000"/>
                <w:sz w:val="18"/>
              </w:rPr>
              <w:br/>
              <w:t>«___» __________ 20___ г.</w:t>
            </w:r>
          </w:p>
        </w:tc>
        <w:tc>
          <w:tcPr>
            <w:tcW w:w="3175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24C6CC7" w14:textId="77777777" w:rsidR="00A5558E" w:rsidRPr="00887901" w:rsidRDefault="009B6C6F">
            <w:pPr>
              <w:spacing w:after="0" w:line="240" w:lineRule="auto"/>
              <w:jc w:val="left"/>
              <w:rPr>
                <w:rFonts w:ascii="Times New Roman" w:hAnsi="Times New Roman" w:cs="Times New Roman"/>
                <w:lang w:val="ru-RU"/>
              </w:rPr>
            </w:pPr>
            <w:r w:rsidRPr="00887901">
              <w:rPr>
                <w:rFonts w:ascii="Times New Roman" w:hAnsi="Times New Roman" w:cs="Times New Roman"/>
                <w:color w:val="000000"/>
                <w:sz w:val="18"/>
                <w:lang w:val="ru-RU"/>
              </w:rPr>
              <w:t>УТВЕРЖДАЮ</w:t>
            </w:r>
            <w:r w:rsidRPr="00887901">
              <w:rPr>
                <w:rFonts w:ascii="Times New Roman" w:hAnsi="Times New Roman" w:cs="Times New Roman"/>
                <w:color w:val="000000"/>
                <w:sz w:val="18"/>
                <w:lang w:val="ru-RU"/>
              </w:rPr>
              <w:br/>
              <w:t>Директор __________________</w:t>
            </w:r>
            <w:r w:rsidRPr="00887901">
              <w:rPr>
                <w:rFonts w:ascii="Times New Roman" w:hAnsi="Times New Roman" w:cs="Times New Roman"/>
                <w:color w:val="000000"/>
                <w:sz w:val="18"/>
                <w:lang w:val="ru-RU"/>
              </w:rPr>
              <w:br/>
              <w:t>____________ /____________/</w:t>
            </w:r>
            <w:r w:rsidRPr="00887901">
              <w:rPr>
                <w:rFonts w:ascii="Times New Roman" w:hAnsi="Times New Roman" w:cs="Times New Roman"/>
                <w:color w:val="000000"/>
                <w:sz w:val="18"/>
                <w:lang w:val="ru-RU"/>
              </w:rPr>
              <w:br/>
              <w:t>Приказ № ____ от «___» ________ 20___ г.</w:t>
            </w:r>
          </w:p>
        </w:tc>
      </w:tr>
    </w:tbl>
    <w:p w14:paraId="11B999EB" w14:textId="77777777" w:rsidR="00A5558E" w:rsidRDefault="009B6C6F">
      <w:pPr>
        <w:rPr>
          <w:lang w:val="ru-RU"/>
        </w:rPr>
      </w:pPr>
      <w:r>
        <w:rPr>
          <w:lang w:val="ru-RU"/>
        </w:rPr>
        <w:br/>
      </w:r>
      <w:r>
        <w:rPr>
          <w:lang w:val="ru-RU"/>
        </w:rPr>
        <w:br/>
      </w:r>
    </w:p>
    <w:p w14:paraId="185297D4" w14:textId="77777777" w:rsidR="00A5558E" w:rsidRDefault="009B6C6F">
      <w:pPr>
        <w:pStyle w:val="aa"/>
        <w:pBdr>
          <w:bottom w:val="single" w:sz="8" w:space="0" w:color="4F81BD" w:themeColor="accent1"/>
        </w:pBd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374BE8">
        <w:rPr>
          <w:rFonts w:ascii="Times New Roman" w:eastAsia="Times New Roman" w:hAnsi="Times New Roman" w:cs="Times New Roman"/>
          <w:lang w:val="ru-RU"/>
        </w:rPr>
        <w:t>Календарно-тематическое планирование</w:t>
      </w:r>
      <w:r w:rsidRPr="00374BE8">
        <w:rPr>
          <w:rFonts w:ascii="Times New Roman" w:eastAsia="Times New Roman" w:hAnsi="Times New Roman" w:cs="Times New Roman"/>
          <w:lang w:val="ru-RU"/>
        </w:rPr>
        <w:br/>
        <w:t>учебного курса «Индивидуальный проект»</w:t>
      </w:r>
    </w:p>
    <w:p w14:paraId="3397501F" w14:textId="77777777" w:rsidR="00A5558E" w:rsidRDefault="009B6C6F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374BE8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для 10–11 классов среднего общего образования</w:t>
      </w:r>
    </w:p>
    <w:p w14:paraId="4EE98044" w14:textId="77777777" w:rsidR="00A5558E" w:rsidRDefault="009B6C6F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374BE8">
        <w:rPr>
          <w:rFonts w:ascii="Times New Roman" w:eastAsia="Times New Roman" w:hAnsi="Times New Roman" w:cs="Times New Roman"/>
          <w:color w:val="000000"/>
          <w:sz w:val="24"/>
          <w:lang w:val="ru-RU"/>
        </w:rPr>
        <w:t>Срок реализации 2 года</w:t>
      </w:r>
    </w:p>
    <w:p w14:paraId="6EEA83B9" w14:textId="77777777" w:rsidR="00A5558E" w:rsidRDefault="009B6C6F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374BE8">
        <w:rPr>
          <w:rFonts w:ascii="Times New Roman" w:eastAsia="Times New Roman" w:hAnsi="Times New Roman" w:cs="Times New Roman"/>
          <w:color w:val="000000"/>
          <w:sz w:val="24"/>
          <w:lang w:val="ru-RU"/>
        </w:rPr>
        <w:t>Общий объём 68 часов</w:t>
      </w:r>
    </w:p>
    <w:p w14:paraId="35CC33F0" w14:textId="77777777" w:rsidR="00A5558E" w:rsidRDefault="009B6C6F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374BE8">
        <w:rPr>
          <w:rFonts w:ascii="Times New Roman" w:eastAsia="Times New Roman" w:hAnsi="Times New Roman" w:cs="Times New Roman"/>
          <w:color w:val="000000"/>
          <w:sz w:val="24"/>
          <w:lang w:val="ru-RU"/>
        </w:rPr>
        <w:t>10 класс 34 часа   11 класс 34 часа</w:t>
      </w:r>
    </w:p>
    <w:p w14:paraId="75F14F08" w14:textId="77777777" w:rsidR="00A5558E" w:rsidRDefault="009B6C6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br/>
      </w:r>
    </w:p>
    <w:p w14:paraId="4571E5BC" w14:textId="77777777" w:rsidR="00A5558E" w:rsidRDefault="009B6C6F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Составитель __________________________________________</w:t>
      </w:r>
    </w:p>
    <w:p w14:paraId="3D8732A4" w14:textId="77777777" w:rsidR="00A5558E" w:rsidRDefault="009B6C6F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Должность ____________________________________________</w:t>
      </w:r>
    </w:p>
    <w:p w14:paraId="06AE9326" w14:textId="77777777" w:rsidR="00A5558E" w:rsidRDefault="009B6C6F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Учебный год 20___ / 20___</w:t>
      </w:r>
    </w:p>
    <w:p w14:paraId="724FDCE9" w14:textId="77777777" w:rsidR="00A5558E" w:rsidRDefault="009B6C6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</w:p>
    <w:p w14:paraId="7CDADB1D" w14:textId="77777777" w:rsidR="00A5558E" w:rsidRDefault="009B6C6F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>20___ год</w:t>
      </w:r>
    </w:p>
    <w:p w14:paraId="7314ED21" w14:textId="77777777" w:rsidR="00A5558E" w:rsidRDefault="009B6C6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14:paraId="04DA0619" w14:textId="77777777" w:rsidR="00A5558E" w:rsidRPr="00887901" w:rsidRDefault="009B6C6F" w:rsidP="00887901">
      <w:pPr>
        <w:pStyle w:val="1"/>
        <w:spacing w:before="0" w:after="0" w:line="360" w:lineRule="auto"/>
        <w:ind w:firstLine="720"/>
        <w:rPr>
          <w:rFonts w:ascii="Times New Roman" w:hAnsi="Times New Roman" w:cs="Times New Roman"/>
          <w:lang w:val="ru-RU"/>
        </w:rPr>
      </w:pPr>
      <w:r w:rsidRPr="00887901">
        <w:rPr>
          <w:rFonts w:ascii="Times New Roman" w:hAnsi="Times New Roman" w:cs="Times New Roman"/>
          <w:lang w:val="ru-RU"/>
        </w:rPr>
        <w:lastRenderedPageBreak/>
        <w:t>Организация календарно тематического планирования</w:t>
      </w:r>
    </w:p>
    <w:p w14:paraId="3B28B158" w14:textId="77777777" w:rsidR="00A5558E" w:rsidRPr="00887901" w:rsidRDefault="009B6C6F" w:rsidP="00887901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887901">
        <w:rPr>
          <w:rFonts w:ascii="Times New Roman" w:hAnsi="Times New Roman" w:cs="Times New Roman"/>
          <w:sz w:val="28"/>
          <w:szCs w:val="28"/>
          <w:lang w:val="ru-RU"/>
        </w:rPr>
        <w:t>КТП конкретизирует содержание рабочей программы по отдельным занятиям. Каждая строка соответствует одному академическому часу. Плановые и фактические даты заполняются педагогом после утверждения календарного учебного графика и расписания.</w:t>
      </w:r>
    </w:p>
    <w:p w14:paraId="232842A7" w14:textId="06D91E53" w:rsidR="00A5558E" w:rsidRPr="00887901" w:rsidRDefault="009B6C6F" w:rsidP="00887901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887901">
        <w:rPr>
          <w:rFonts w:ascii="Times New Roman" w:hAnsi="Times New Roman" w:cs="Times New Roman"/>
          <w:sz w:val="28"/>
          <w:szCs w:val="28"/>
          <w:lang w:val="ru-RU"/>
        </w:rPr>
        <w:t xml:space="preserve">В 10 классе занятия проводятся в течение 34 учебных недель. Занятия 25–27 необходимо расположить так, чтобы школьная защита состоялась не позднее </w:t>
      </w:r>
      <w:r w:rsidR="00887901">
        <w:rPr>
          <w:rFonts w:ascii="Times New Roman" w:hAnsi="Times New Roman" w:cs="Times New Roman"/>
          <w:sz w:val="28"/>
          <w:szCs w:val="28"/>
          <w:lang w:val="ru-RU"/>
        </w:rPr>
        <w:t xml:space="preserve">конца </w:t>
      </w:r>
      <w:r w:rsidRPr="00887901">
        <w:rPr>
          <w:rFonts w:ascii="Times New Roman" w:hAnsi="Times New Roman" w:cs="Times New Roman"/>
          <w:sz w:val="28"/>
          <w:szCs w:val="28"/>
          <w:lang w:val="ru-RU"/>
        </w:rPr>
        <w:t>марта</w:t>
      </w:r>
      <w:r w:rsidR="00887901">
        <w:rPr>
          <w:rFonts w:ascii="Times New Roman" w:hAnsi="Times New Roman" w:cs="Times New Roman"/>
          <w:sz w:val="28"/>
          <w:szCs w:val="28"/>
          <w:lang w:val="ru-RU"/>
        </w:rPr>
        <w:t xml:space="preserve"> текущего учебного года</w:t>
      </w:r>
      <w:r w:rsidRPr="00887901">
        <w:rPr>
          <w:rFonts w:ascii="Times New Roman" w:hAnsi="Times New Roman" w:cs="Times New Roman"/>
          <w:sz w:val="28"/>
          <w:szCs w:val="28"/>
          <w:lang w:val="ru-RU"/>
        </w:rPr>
        <w:t>. При необходимости школа предусматривает проектную сессию в пределах утверждённого учебного плана.</w:t>
      </w:r>
    </w:p>
    <w:p w14:paraId="5A91D7A9" w14:textId="77777777" w:rsidR="00A5558E" w:rsidRPr="00887901" w:rsidRDefault="009B6C6F" w:rsidP="00887901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887901">
        <w:rPr>
          <w:rFonts w:ascii="Times New Roman" w:hAnsi="Times New Roman" w:cs="Times New Roman"/>
          <w:sz w:val="28"/>
          <w:szCs w:val="28"/>
          <w:lang w:val="ru-RU"/>
        </w:rPr>
        <w:t>В 11 классе 34 часа концентрируются с сентября по ноябрь. Предлагаемая схема включает по три часа в неделю в течение первых восьми недель и по два часа в течение следующих пяти недель. Итоговая защита проводится не позднее 30 ноября. Конкретный режим закрепляется в учебном плане, календарном учебном графике и расписании школы.</w:t>
      </w:r>
    </w:p>
    <w:p w14:paraId="280B43D1" w14:textId="77777777" w:rsidR="00A5558E" w:rsidRPr="00887901" w:rsidRDefault="009B6C6F" w:rsidP="00887901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887901">
        <w:rPr>
          <w:rFonts w:ascii="Times New Roman" w:hAnsi="Times New Roman" w:cs="Times New Roman"/>
          <w:sz w:val="28"/>
          <w:szCs w:val="28"/>
          <w:lang w:val="ru-RU"/>
        </w:rPr>
        <w:t>Задания по методам, результатам и оценке выполняются вариативно: исследовательский проект ориентирован на получение обоснованного знания, практико-ориентированный — на создание и испытание продукта или решения.</w:t>
      </w:r>
    </w:p>
    <w:p w14:paraId="53355F19" w14:textId="77777777" w:rsidR="00A5558E" w:rsidRPr="00374BE8" w:rsidRDefault="00A5558E">
      <w:pPr>
        <w:rPr>
          <w:lang w:val="ru-RU"/>
        </w:rPr>
        <w:sectPr w:rsidR="00A5558E" w:rsidRPr="00374BE8">
          <w:footerReference w:type="default" r:id="rId7"/>
          <w:pgSz w:w="11906" w:h="16838"/>
          <w:pgMar w:top="1134" w:right="850" w:bottom="1020" w:left="1417" w:header="720" w:footer="454" w:gutter="0"/>
          <w:cols w:space="720"/>
          <w:titlePg/>
          <w:docGrid w:linePitch="360"/>
        </w:sectPr>
      </w:pPr>
    </w:p>
    <w:p w14:paraId="418E286F" w14:textId="77777777" w:rsidR="00A5558E" w:rsidRPr="00887901" w:rsidRDefault="009B6C6F" w:rsidP="00887901">
      <w:pPr>
        <w:pStyle w:val="1"/>
        <w:spacing w:before="0" w:after="0" w:line="360" w:lineRule="auto"/>
        <w:rPr>
          <w:rFonts w:ascii="Times New Roman" w:hAnsi="Times New Roman" w:cs="Times New Roman"/>
          <w:lang w:val="ru-RU"/>
        </w:rPr>
      </w:pPr>
      <w:r w:rsidRPr="00887901">
        <w:rPr>
          <w:rFonts w:ascii="Times New Roman" w:hAnsi="Times New Roman" w:cs="Times New Roman"/>
          <w:lang w:val="ru-RU"/>
        </w:rPr>
        <w:lastRenderedPageBreak/>
        <w:t>Календарно тематическое планирование 10 класс</w:t>
      </w:r>
    </w:p>
    <w:p w14:paraId="05B208D0" w14:textId="2030CB73" w:rsidR="00A5558E" w:rsidRPr="00887901" w:rsidRDefault="009B6C6F" w:rsidP="00887901">
      <w:pPr>
        <w:keepNext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887901">
        <w:rPr>
          <w:rFonts w:ascii="Times New Roman" w:hAnsi="Times New Roman" w:cs="Times New Roman"/>
          <w:sz w:val="28"/>
          <w:szCs w:val="28"/>
          <w:lang w:val="ru-RU"/>
        </w:rPr>
        <w:t xml:space="preserve">Количество часов 34. Основная защита не позднее </w:t>
      </w:r>
      <w:r w:rsidR="00887901" w:rsidRPr="00887901">
        <w:rPr>
          <w:rFonts w:ascii="Times New Roman" w:hAnsi="Times New Roman" w:cs="Times New Roman"/>
          <w:sz w:val="28"/>
          <w:szCs w:val="28"/>
          <w:lang w:val="ru-RU"/>
        </w:rPr>
        <w:t>конца марта текущего учебного года</w:t>
      </w:r>
      <w:r w:rsidRPr="0088790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81"/>
        <w:gridCol w:w="835"/>
        <w:gridCol w:w="1546"/>
        <w:gridCol w:w="2161"/>
        <w:gridCol w:w="3349"/>
        <w:gridCol w:w="2399"/>
        <w:gridCol w:w="1987"/>
        <w:gridCol w:w="672"/>
        <w:gridCol w:w="812"/>
        <w:gridCol w:w="1326"/>
      </w:tblGrid>
      <w:tr w:rsidR="00A5558E" w:rsidRPr="00887901" w14:paraId="071F1D2C" w14:textId="77777777" w:rsidTr="00887901">
        <w:trPr>
          <w:cantSplit/>
          <w:tblHeader/>
          <w:jc w:val="center"/>
        </w:trPr>
        <w:tc>
          <w:tcPr>
            <w:tcW w:w="0" w:type="auto"/>
            <w:shd w:val="clear" w:color="auto" w:fill="1F4E7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A08C8EA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№</w:t>
            </w:r>
          </w:p>
        </w:tc>
        <w:tc>
          <w:tcPr>
            <w:tcW w:w="0" w:type="auto"/>
            <w:shd w:val="clear" w:color="auto" w:fill="1F4E7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E107912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Неделя</w:t>
            </w:r>
            <w:proofErr w:type="spellEnd"/>
          </w:p>
        </w:tc>
        <w:tc>
          <w:tcPr>
            <w:tcW w:w="0" w:type="auto"/>
            <w:shd w:val="clear" w:color="auto" w:fill="1F4E7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9018CFE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Этап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проекта</w:t>
            </w:r>
            <w:proofErr w:type="spellEnd"/>
          </w:p>
        </w:tc>
        <w:tc>
          <w:tcPr>
            <w:tcW w:w="0" w:type="auto"/>
            <w:shd w:val="clear" w:color="auto" w:fill="1F4E7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B8AC3DE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Тема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занятия</w:t>
            </w:r>
            <w:proofErr w:type="spellEnd"/>
          </w:p>
        </w:tc>
        <w:tc>
          <w:tcPr>
            <w:tcW w:w="0" w:type="auto"/>
            <w:shd w:val="clear" w:color="auto" w:fill="1F4E7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588DC16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Основные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виды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деятельности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учащихся</w:t>
            </w:r>
            <w:proofErr w:type="spellEnd"/>
          </w:p>
        </w:tc>
        <w:tc>
          <w:tcPr>
            <w:tcW w:w="0" w:type="auto"/>
            <w:shd w:val="clear" w:color="auto" w:fill="1F4E7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E7019EC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Планируемый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результат</w:t>
            </w:r>
            <w:proofErr w:type="spellEnd"/>
          </w:p>
        </w:tc>
        <w:tc>
          <w:tcPr>
            <w:tcW w:w="0" w:type="auto"/>
            <w:shd w:val="clear" w:color="auto" w:fill="1F4E7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D9F5C16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Форма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контроля</w:t>
            </w:r>
            <w:proofErr w:type="spellEnd"/>
          </w:p>
        </w:tc>
        <w:tc>
          <w:tcPr>
            <w:tcW w:w="0" w:type="auto"/>
            <w:shd w:val="clear" w:color="auto" w:fill="1F4E7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59C7A4E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Часы</w:t>
            </w:r>
            <w:proofErr w:type="spellEnd"/>
          </w:p>
        </w:tc>
        <w:tc>
          <w:tcPr>
            <w:tcW w:w="0" w:type="auto"/>
            <w:shd w:val="clear" w:color="auto" w:fill="1F4E7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F0CD2A8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Дата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по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плану</w:t>
            </w:r>
            <w:proofErr w:type="spellEnd"/>
          </w:p>
        </w:tc>
        <w:tc>
          <w:tcPr>
            <w:tcW w:w="0" w:type="auto"/>
            <w:shd w:val="clear" w:color="auto" w:fill="1F4E7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9FA6C72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Дата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фактически</w:t>
            </w:r>
            <w:proofErr w:type="spellEnd"/>
          </w:p>
        </w:tc>
      </w:tr>
      <w:tr w:rsidR="00A5558E" w:rsidRPr="00887901" w14:paraId="193F88FE" w14:textId="77777777" w:rsidTr="00887901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FAEC699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F05BC76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A1BF5C1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Введение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DAF9C65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Назначение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индивидуального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проекта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50F99C6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Знакомятся с логикой курса, сроками, продуктами и защитой.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Анализируют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собственный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проектный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опыт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28AF48F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Диагностическая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карта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проектного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опыта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7D4CB31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Входная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диагностика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9840E50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A25E21D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A603E37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19C91007" w14:textId="77777777" w:rsidTr="00887901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57736EA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9828327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EEE4855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Введение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659C48F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Жизненный цикл и типы проектов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CD6A06D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Сопоставляют этапы проекта. Различают исследовательский и практико-ориентированный проект.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Изучают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критерии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оценки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0D566D2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Схема проектного цикла; предварительный выбор типа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5D62516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Мини-задание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классификации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3598992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CFF7D72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07C40A6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2CEEEA15" w14:textId="77777777" w:rsidTr="00887901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1788959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83A0D00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6118189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Инициирование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8A311A6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Проект и задача с известным способом решения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2E905F0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Разбирают примеры. Определяют, когда известного алгоритма достаточно и когда требуется проектный поиск.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095B2F6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Перечень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признаков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проектной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ситуации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9FF5AFD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Разбор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кейса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4526AA8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8D2AB91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50C88F4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6A9E7F11" w14:textId="77777777" w:rsidTr="00887901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497019E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025EA03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98F1FE0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Инициирование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2C6A35A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Поиск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проблемной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ситуации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9757868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Наблюдают и описывают затруднение, противоречие или неудовлетворительное состояние в выбранной области.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A98F6E9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Описание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проблемной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ситуации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9452D47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Консультация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DE6AE19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5B1BC7D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E98E539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33D8C968" w14:textId="77777777" w:rsidTr="00887901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D7D9454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5B03C99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5118A81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Инициирование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CFB574C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Формулирование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проблемы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актуальности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150CFAE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Уточняют границы проблемы, приводят факты и аргументы её значимости.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43C3494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Формулировка проблемы и обоснование актуальности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4BA00F6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Экспертная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проверка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формулировки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EC3A620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2C8DB6A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E96376B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666B2BAC" w14:textId="77777777" w:rsidTr="00887901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EB363D7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309E667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DD8D935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Инициирование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3118D49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Целевая аудитория и заинтересованные стороны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3660AD9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Определяют тех, кого затрагивает проблема, возможных пользователей, экспертов и партнёров.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CBB2529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Карта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заинтересованных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сторон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28D792D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Обсуждение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карты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86E80AC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24B31B5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9BEC3D2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1DE73510" w14:textId="77777777" w:rsidTr="00887901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8776444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74E4511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0BC7823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Инициирование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959C430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Выбор темы и типа проекта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3C82773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Соотносят проблему с предполагаемым результатом. Формулируют тему и выбирают тип проекта.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09E4197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Утверждённая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проектная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идея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2471D64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Контрольная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точка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D3F4F82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0DA0153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671917D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035541D4" w14:textId="77777777" w:rsidTr="00887901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9EB79AF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9A8045D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DBC6329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Планирование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F351401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Анализ источников или существующих решений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24D4ACB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Подбирают актуальные источники. Для практического проекта сравнивают аналоги; для исследования описывают состояние вопроса.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A3B4542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Первичный обзор источников или аналогов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EDCC3F3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Проверка списка и таблицы анализа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6562C59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2F041D3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61A2049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1F2E96C3" w14:textId="77777777" w:rsidTr="00887901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8CB030E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F413444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37EC8C8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Планирование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1E95D59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Уточнение замысла по типу проекта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0AEFE1F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Формулируют гипотезу исследовательского проекта либо требования к продукту практико-ориентированного проекта.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457961F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Гипотеза либо требования к продукту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F26F935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Индивидуальная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консультация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533324E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81DC230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8AF7BD7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39E54736" w14:textId="77777777" w:rsidTr="00887901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95A7E65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FAFD46F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775AE2C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Планирование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8A78D9A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Цель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ожидаемый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результат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EF00896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Формулируют цель и описывают проверяемый итог работы.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98652D0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Цель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ожидаемый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результат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123B3D5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Проверка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согласованности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1B6A3AE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6B237FB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E1A8175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3F6E7D41" w14:textId="77777777" w:rsidTr="00887901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BE9B710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020AF7D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0F91D9C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Планирование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FF1C34A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Задачи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проекта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8DDAAA6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Разбивают движение к цели на последовательные содержательные задачи.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AE8880F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Система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проекта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5B8748C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Взаимная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экспертиза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05C1B8A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8996091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F1A4FA6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6096C0D5" w14:textId="77777777" w:rsidTr="00887901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CC7FA50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EDA7E6A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F30A0EB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Планирование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79A2D51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Критерии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качества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результата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0C93D04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Определяют показатели, по которым можно проверить достижение цели и качество результата.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3368BF6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Измеримые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критерии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качества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EA4171D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Лист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критериев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8177698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72D94DC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AB4AE7C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1FDA0C81" w14:textId="77777777" w:rsidTr="00887901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27099E7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4CCE353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339A7AA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Планирование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5E20DA9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Методы, план, ресурсы и риски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C32CB43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Выбирают методы, определяют этапы, сроки, ресурсы, партнёров, риски и контрольные точки.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3AC8C06" w14:textId="77777777" w:rsidR="00A5558E" w:rsidRPr="00887901" w:rsidRDefault="00374BE8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К</w:t>
            </w:r>
            <w:proofErr w:type="spellStart"/>
            <w:r w:rsidR="009B6C6F"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алендарный</w:t>
            </w:r>
            <w:proofErr w:type="spellEnd"/>
            <w:r w:rsidR="009B6C6F"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9B6C6F"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</w:t>
            </w:r>
            <w:proofErr w:type="spellEnd"/>
            <w:r w:rsidR="009B6C6F"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9B6C6F"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проекта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D84B558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Контрольная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точка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72DD1C7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3D58CD8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289143C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791B7AB5" w14:textId="77777777" w:rsidTr="00887901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B1E6804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88908F1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C28D4D4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Реализация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579833C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информации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материалов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1AC73CF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Создают систему хранения источников, данных, версий продукта и подтверждений работы.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FE38BF7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Структура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проектного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портфолио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77D4C4F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Проверка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портфолио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CE55AC7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5D8434F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49AFE52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594AF654" w14:textId="77777777" w:rsidTr="00887901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E3F79C0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42E884D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82FCBBD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Реализация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CA7DC5C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Достоверность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этика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безопасность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EBDB94C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Проверяют источники, согласия участников, требования безопасности и корректность заимствований.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F7A6675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Лист этических и организационных условий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5B98C23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Самопроверка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A4221A9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6122F7B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2B4486C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142B5150" w14:textId="77777777" w:rsidTr="00887901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BD8DCF8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9A1E884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361E24D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Реализация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D336F5A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Основная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работа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проектом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9439F32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Проводят исследовательские процедуры либо разрабатывают первую версию продукта.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23F104A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Первые данные или первая версия продукта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860B987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Журнал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проектной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работы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1BA574B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4B3BDA0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E7E73C0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7C8A5C49" w14:textId="77777777" w:rsidTr="00887901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CDB2541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E311B7C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CF83AF7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Реализация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9FAE42D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Основная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работа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проектом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910995F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Продолжают сбор данных или разработку.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Фиксируют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решения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затруднения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CD89146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Промежуточный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результат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B4A1A60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Проверка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журнала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4E296BE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3BD9D8A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C51788C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37891E37" w14:textId="77777777" w:rsidTr="00887901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3035D05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18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3147671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3107690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Реализация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9A13DE9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Промежуточная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экспертиза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9D11E6A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Представляют ход работы, сопоставляют его с планом и критериями, получают обратную связь.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6888B45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Экспертные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рекомендации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F53A9D6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Контрольная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точка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7A7536E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93870E3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54F8AB5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1399766D" w14:textId="77777777" w:rsidTr="00887901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259035E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BE2E964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B207CAA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Реализация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85B6FB6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Корректировка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перепланирование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6D94673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При необходимости изменяют сроки, действия, ресурсы или методы и обосновывают изменения.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8707F7F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Обновлённый план с основаниями изменений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ED7FD30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Лист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перепланирования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F18C9F1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5080288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F560F66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26D0AB94" w14:textId="77777777" w:rsidTr="00887901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160FA2F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06A949A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3D37BEA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Реализация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345862D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Основная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работа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проектом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D394674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Реализуют скорректированный план. Собирают подтверждения личного вклада.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95080A8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Новая версия результата; доказательства вклада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0648B2E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Консультация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C3C3349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C884D9C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4164E8F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7A443213" w14:textId="77777777" w:rsidTr="00887901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E530843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270AE5C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7DDC5DA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Реализация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1FC3283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Предварительная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проверка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результата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32A77E0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Проводят первичный анализ данных или испытание продукта по выбранным критериям.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F458D43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Протокол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анализа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или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испытаний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A4928B9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Проверка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протокола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3ABEB78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5751F27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938FCB9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20CA8255" w14:textId="77777777" w:rsidTr="00887901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542002F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00DD986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E5ECA56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Реализация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5852B5E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Завершение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основной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работы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0DDA518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Устраняют выявленные недостатки и комплектуют доказательства достижения результата.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2134B95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Завершённое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исследование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или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продукт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9476001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Контрольная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точка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23AEE24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9CEA482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789E95E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79F8A7D6" w14:textId="77777777" w:rsidTr="00887901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3F6BFCA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C2851BD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1D4CA0E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Завершение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B584171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Анализ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оценка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результата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3D37B66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Сопоставляют результат с целью и критериями. Для исследования проверяют обоснованность выводов; для продукта — показатели испытаний.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331A862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Таблица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соответствия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результата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критериям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3159783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Самооценка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рубрике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E62433F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ABAACBD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681BB3B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263CF110" w14:textId="77777777" w:rsidTr="00887901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34BC20A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C5FD8DF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40F9152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Завершение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446B402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Выводы, ограничения и письменная работа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7747390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Формулируют выводы, указывают ограничения и оформляют письменную часть проекта.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982360D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Черновик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итоговой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письменной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работы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3606949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Проверка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письменной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части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4B40A2F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9F77FCB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6EE7CF8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17160F2F" w14:textId="77777777" w:rsidTr="00887901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AF8CAC8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5881794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0FD2FBA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Защита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C1CDDCC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Структура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выступления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презентации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A758BD1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Отбирают доказательства, готовят выступление и визуальные материалы в соответствии с регламентом.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A8186F3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Презентация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текст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выступления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622F0B1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Проверка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комплектности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5789D07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F2CF082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A137256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23FE9ADD" w14:textId="77777777" w:rsidTr="00887901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4512B8E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900CA3D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E5B7654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Защита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5D74B36" w14:textId="77777777" w:rsidR="00A5558E" w:rsidRPr="00887901" w:rsidRDefault="009B6C6F" w:rsidP="00374BE8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Start"/>
            <w:r w:rsidR="00374BE8"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одготовка</w:t>
            </w:r>
            <w:proofErr w:type="spellEnd"/>
            <w:r w:rsidR="00374BE8"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к </w:t>
            </w:r>
            <w:proofErr w:type="spellStart"/>
            <w:r w:rsidR="00374BE8"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защите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проекта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F6D102A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Представляют проект, отвечают на вопросы, уточняют аргументацию и личный вклад.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611E1EB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Доработанный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комплект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материалов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714B2DC" w14:textId="77777777" w:rsidR="00A5558E" w:rsidRPr="00887901" w:rsidRDefault="00374BE8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Подготовка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защите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01E8E7E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F4D5941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565F897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20E2752E" w14:textId="77777777" w:rsidTr="00887901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987DA3C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27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BCC3AB6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4F54F55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Защита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1F1230F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Школьная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защита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проекта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ADAAC40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Публично представляют проблему, ход работы, результат и ограничения.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Отвечают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вопросы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комиссии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20ED6C2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Защищённый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;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экспертный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лист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E51C391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Итоговая экспертная оценка до 30 марта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1C86B83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0D178A0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F0D6B83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1CB8D584" w14:textId="77777777" w:rsidTr="00887901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AB63177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A946E36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B54C824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Обратная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связь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E8EBB3C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Анализ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экспертных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рекомендаций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4B1C270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Разделяют замечания, обязательные исправления и перспективные направления развития.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27D3422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Систематизированная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обратная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связь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845AFFA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Карта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рекомендаций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47CE96E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713F21B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33BEB26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01F97E88" w14:textId="77777777" w:rsidTr="00887901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9E3F214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8CAF442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D095FB7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Обратная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связь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BA9E438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доработки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проекта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FA51208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Выбирают рекомендации, принимают авторские решения и определяют ожидаемые изменения.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AB1A702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доработки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C60B2FE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Консультация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4BFAE1E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8876155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CADC8B5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137DE1C6" w14:textId="77777777" w:rsidTr="00887901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B77D26A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ED01064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F119BAE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Обратная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связь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18E2366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Доработка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проекта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4F0DAF1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Вносят согласованные содержательные и технические изменения, фиксируют их результат.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70C360E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Доработанная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версия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проекта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A827D24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Сопоставление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версий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B07C7EA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48D1CD2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49782B4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2084093C" w14:textId="77777777" w:rsidTr="00887901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F4B2D1D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20E969D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4B4E025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Обратная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связь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A07E6DA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Подготовка к региональному этапу или развитию проекта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C2FF2E3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При конкурсном отборе готовят материалы к региональному этапу; в остальных случаях оформляют перспективу дальнейшей работы.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685E96D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Конкурсный комплект или план развития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A58B0EB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Проверка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готовности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7881BAA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B99F8A3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CE461AD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67D7FA8C" w14:textId="77777777" w:rsidTr="00887901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462FF0B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4DEFDF8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9C1FD0B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Рефлексия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21562B2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Проектное портфолио и личный вклад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977F606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Собирают документы, версии и доказательства выполненных действий.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Описывают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личный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вклад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A25EFDD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Итоговое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портфолио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10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класса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C6FDE25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Проверка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портфолио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AAA1F6F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B84D80B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260D4FE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5F50CF35" w14:textId="77777777" w:rsidTr="00887901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3B3CABD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375947F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0CE8BD3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Рефлексия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ED706A1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Самооценка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проектных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умений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A261452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Сопоставляют стартовую диагностику с итоговым опытом и выделяют освоенные действия и затруднения.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1E672B7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Рефлексивный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отчёт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0CBCA05" w14:textId="77777777" w:rsidR="00A5558E" w:rsidRPr="00887901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Самооценка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511FF1B" w14:textId="77777777" w:rsidR="00A5558E" w:rsidRPr="00887901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E7467C2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2BD32BF" w14:textId="77777777" w:rsidR="00A5558E" w:rsidRPr="00887901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:rsidRPr="00887901" w14:paraId="5BE2ACE7" w14:textId="77777777" w:rsidTr="00887901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A2A0DFA" w14:textId="77777777" w:rsidR="00A5558E" w:rsidRPr="00887901" w:rsidRDefault="009B6C6F">
            <w:pPr>
              <w:spacing w:after="0"/>
              <w:jc w:val="center"/>
              <w:rPr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A6714F8" w14:textId="77777777" w:rsidR="00A5558E" w:rsidRPr="00887901" w:rsidRDefault="009B6C6F">
            <w:pPr>
              <w:spacing w:after="0"/>
              <w:jc w:val="center"/>
              <w:rPr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F9C7689" w14:textId="77777777" w:rsidR="00A5558E" w:rsidRPr="00887901" w:rsidRDefault="009B6C6F">
            <w:pPr>
              <w:spacing w:after="0"/>
              <w:jc w:val="left"/>
              <w:rPr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Рефлексия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07C5D22" w14:textId="77777777" w:rsidR="00A5558E" w:rsidRPr="00887901" w:rsidRDefault="009B6C6F">
            <w:pPr>
              <w:spacing w:after="0"/>
              <w:jc w:val="left"/>
              <w:rPr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Выбор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траектории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11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класса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E0DA265" w14:textId="77777777" w:rsidR="00A5558E" w:rsidRPr="00887901" w:rsidRDefault="009B6C6F">
            <w:pPr>
              <w:spacing w:after="0"/>
              <w:jc w:val="left"/>
              <w:rPr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Решают, продолжать ли проект, создать связанный или новый проект.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Формулируют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предварительный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замысел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C1BA348" w14:textId="77777777" w:rsidR="00A5558E" w:rsidRPr="00887901" w:rsidRDefault="009B6C6F">
            <w:pPr>
              <w:spacing w:after="0"/>
              <w:jc w:val="left"/>
              <w:rPr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Проектная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идея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11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класс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B53C98A" w14:textId="77777777" w:rsidR="00A5558E" w:rsidRPr="00887901" w:rsidRDefault="009B6C6F">
            <w:pPr>
              <w:spacing w:after="0"/>
              <w:jc w:val="left"/>
              <w:rPr>
                <w:sz w:val="20"/>
                <w:szCs w:val="20"/>
              </w:rPr>
            </w:pP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Итоговое</w:t>
            </w:r>
            <w:proofErr w:type="spellEnd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собеседование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8677871" w14:textId="77777777" w:rsidR="00A5558E" w:rsidRPr="00887901" w:rsidRDefault="009B6C6F">
            <w:pPr>
              <w:spacing w:after="0"/>
              <w:jc w:val="center"/>
              <w:rPr>
                <w:sz w:val="20"/>
                <w:szCs w:val="20"/>
              </w:rPr>
            </w:pPr>
            <w:r w:rsidRPr="00887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4846191" w14:textId="77777777" w:rsidR="00A5558E" w:rsidRPr="00887901" w:rsidRDefault="00A5558E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59FBB57" w14:textId="77777777" w:rsidR="00A5558E" w:rsidRPr="00887901" w:rsidRDefault="00A5558E">
            <w:pPr>
              <w:spacing w:after="0"/>
              <w:jc w:val="center"/>
              <w:rPr>
                <w:sz w:val="20"/>
                <w:szCs w:val="20"/>
              </w:rPr>
            </w:pPr>
          </w:p>
        </w:tc>
      </w:tr>
    </w:tbl>
    <w:p w14:paraId="221011E1" w14:textId="77777777" w:rsidR="00A5558E" w:rsidRDefault="009B6C6F">
      <w:r>
        <w:br w:type="page"/>
      </w:r>
    </w:p>
    <w:p w14:paraId="5D8AB728" w14:textId="77777777" w:rsidR="00A5558E" w:rsidRPr="0038217E" w:rsidRDefault="009B6C6F" w:rsidP="0038217E">
      <w:pPr>
        <w:pStyle w:val="1"/>
        <w:spacing w:before="0" w:after="0" w:line="360" w:lineRule="auto"/>
        <w:ind w:firstLine="720"/>
        <w:rPr>
          <w:rFonts w:ascii="Times New Roman" w:hAnsi="Times New Roman" w:cs="Times New Roman"/>
        </w:rPr>
      </w:pPr>
      <w:proofErr w:type="spellStart"/>
      <w:r w:rsidRPr="0038217E">
        <w:rPr>
          <w:rFonts w:ascii="Times New Roman" w:hAnsi="Times New Roman" w:cs="Times New Roman"/>
        </w:rPr>
        <w:lastRenderedPageBreak/>
        <w:t>Календарно</w:t>
      </w:r>
      <w:proofErr w:type="spellEnd"/>
      <w:r w:rsidRPr="0038217E">
        <w:rPr>
          <w:rFonts w:ascii="Times New Roman" w:hAnsi="Times New Roman" w:cs="Times New Roman"/>
        </w:rPr>
        <w:t xml:space="preserve"> </w:t>
      </w:r>
      <w:proofErr w:type="spellStart"/>
      <w:r w:rsidRPr="0038217E">
        <w:rPr>
          <w:rFonts w:ascii="Times New Roman" w:hAnsi="Times New Roman" w:cs="Times New Roman"/>
        </w:rPr>
        <w:t>тематическое</w:t>
      </w:r>
      <w:proofErr w:type="spellEnd"/>
      <w:r w:rsidRPr="0038217E">
        <w:rPr>
          <w:rFonts w:ascii="Times New Roman" w:hAnsi="Times New Roman" w:cs="Times New Roman"/>
        </w:rPr>
        <w:t xml:space="preserve"> </w:t>
      </w:r>
      <w:proofErr w:type="spellStart"/>
      <w:r w:rsidRPr="0038217E">
        <w:rPr>
          <w:rFonts w:ascii="Times New Roman" w:hAnsi="Times New Roman" w:cs="Times New Roman"/>
        </w:rPr>
        <w:t>планирование</w:t>
      </w:r>
      <w:proofErr w:type="spellEnd"/>
      <w:r w:rsidRPr="0038217E">
        <w:rPr>
          <w:rFonts w:ascii="Times New Roman" w:hAnsi="Times New Roman" w:cs="Times New Roman"/>
        </w:rPr>
        <w:t xml:space="preserve"> 11 </w:t>
      </w:r>
      <w:proofErr w:type="spellStart"/>
      <w:r w:rsidRPr="0038217E">
        <w:rPr>
          <w:rFonts w:ascii="Times New Roman" w:hAnsi="Times New Roman" w:cs="Times New Roman"/>
        </w:rPr>
        <w:t>класс</w:t>
      </w:r>
      <w:proofErr w:type="spellEnd"/>
    </w:p>
    <w:p w14:paraId="2DA1723E" w14:textId="0A2FE42C" w:rsidR="00A5558E" w:rsidRPr="0038217E" w:rsidRDefault="009B6C6F" w:rsidP="0038217E">
      <w:pPr>
        <w:keepNext/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38217E">
        <w:rPr>
          <w:rFonts w:ascii="Times New Roman" w:hAnsi="Times New Roman" w:cs="Times New Roman"/>
          <w:sz w:val="28"/>
          <w:szCs w:val="28"/>
          <w:lang w:val="ru-RU"/>
        </w:rPr>
        <w:t xml:space="preserve">Количество часов 34. Модульно-блочное освоение с сентября по ноябрь. Итоговая защита не позднее </w:t>
      </w:r>
      <w:r w:rsidR="00887901" w:rsidRPr="0038217E">
        <w:rPr>
          <w:rFonts w:ascii="Times New Roman" w:hAnsi="Times New Roman" w:cs="Times New Roman"/>
          <w:sz w:val="28"/>
          <w:szCs w:val="28"/>
          <w:lang w:val="ru-RU"/>
        </w:rPr>
        <w:t>конца</w:t>
      </w:r>
      <w:r w:rsidRPr="0038217E">
        <w:rPr>
          <w:rFonts w:ascii="Times New Roman" w:hAnsi="Times New Roman" w:cs="Times New Roman"/>
          <w:sz w:val="28"/>
          <w:szCs w:val="28"/>
          <w:lang w:val="ru-RU"/>
        </w:rPr>
        <w:t xml:space="preserve"> ноября</w:t>
      </w:r>
      <w:r w:rsidR="00887901" w:rsidRPr="0038217E">
        <w:rPr>
          <w:rFonts w:ascii="Times New Roman" w:hAnsi="Times New Roman" w:cs="Times New Roman"/>
          <w:sz w:val="28"/>
          <w:szCs w:val="28"/>
          <w:lang w:val="ru-RU"/>
        </w:rPr>
        <w:t xml:space="preserve"> – начала декабря текущего учебного года</w:t>
      </w:r>
      <w:r w:rsidRPr="0038217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82"/>
        <w:gridCol w:w="836"/>
        <w:gridCol w:w="1592"/>
        <w:gridCol w:w="2297"/>
        <w:gridCol w:w="3219"/>
        <w:gridCol w:w="2217"/>
        <w:gridCol w:w="2071"/>
        <w:gridCol w:w="672"/>
        <w:gridCol w:w="839"/>
        <w:gridCol w:w="1343"/>
      </w:tblGrid>
      <w:tr w:rsidR="00A5558E" w14:paraId="5336619C" w14:textId="77777777" w:rsidTr="0038217E">
        <w:trPr>
          <w:cantSplit/>
          <w:tblHeader/>
          <w:jc w:val="center"/>
        </w:trPr>
        <w:tc>
          <w:tcPr>
            <w:tcW w:w="0" w:type="auto"/>
            <w:shd w:val="clear" w:color="auto" w:fill="1F4E7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5A87FE7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№</w:t>
            </w:r>
          </w:p>
        </w:tc>
        <w:tc>
          <w:tcPr>
            <w:tcW w:w="0" w:type="auto"/>
            <w:shd w:val="clear" w:color="auto" w:fill="1F4E7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C3F906B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Неделя</w:t>
            </w:r>
            <w:proofErr w:type="spellEnd"/>
          </w:p>
        </w:tc>
        <w:tc>
          <w:tcPr>
            <w:tcW w:w="0" w:type="auto"/>
            <w:shd w:val="clear" w:color="auto" w:fill="1F4E7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D9427FF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Этап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проекта</w:t>
            </w:r>
            <w:proofErr w:type="spellEnd"/>
          </w:p>
        </w:tc>
        <w:tc>
          <w:tcPr>
            <w:tcW w:w="0" w:type="auto"/>
            <w:shd w:val="clear" w:color="auto" w:fill="1F4E7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7CF3448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Тема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занятия</w:t>
            </w:r>
            <w:proofErr w:type="spellEnd"/>
          </w:p>
        </w:tc>
        <w:tc>
          <w:tcPr>
            <w:tcW w:w="0" w:type="auto"/>
            <w:shd w:val="clear" w:color="auto" w:fill="1F4E7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3159568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Основные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виды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деятельности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учащихся</w:t>
            </w:r>
            <w:proofErr w:type="spellEnd"/>
          </w:p>
        </w:tc>
        <w:tc>
          <w:tcPr>
            <w:tcW w:w="0" w:type="auto"/>
            <w:shd w:val="clear" w:color="auto" w:fill="1F4E7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E119C4F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Планируемый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результат</w:t>
            </w:r>
            <w:proofErr w:type="spellEnd"/>
          </w:p>
        </w:tc>
        <w:tc>
          <w:tcPr>
            <w:tcW w:w="0" w:type="auto"/>
            <w:shd w:val="clear" w:color="auto" w:fill="1F4E7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4A66143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Форма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контроля</w:t>
            </w:r>
            <w:proofErr w:type="spellEnd"/>
          </w:p>
        </w:tc>
        <w:tc>
          <w:tcPr>
            <w:tcW w:w="0" w:type="auto"/>
            <w:shd w:val="clear" w:color="auto" w:fill="1F4E7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DEE03A8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Часы</w:t>
            </w:r>
            <w:proofErr w:type="spellEnd"/>
          </w:p>
        </w:tc>
        <w:tc>
          <w:tcPr>
            <w:tcW w:w="0" w:type="auto"/>
            <w:shd w:val="clear" w:color="auto" w:fill="1F4E7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F0F2656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Дата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по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плану</w:t>
            </w:r>
            <w:proofErr w:type="spellEnd"/>
          </w:p>
        </w:tc>
        <w:tc>
          <w:tcPr>
            <w:tcW w:w="0" w:type="auto"/>
            <w:shd w:val="clear" w:color="auto" w:fill="1F4E7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33E9712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Дата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фактически</w:t>
            </w:r>
            <w:proofErr w:type="spellEnd"/>
          </w:p>
        </w:tc>
      </w:tr>
      <w:tr w:rsidR="00A5558E" w14:paraId="45A78225" w14:textId="77777777" w:rsidTr="0038217E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84B6FDE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10F7B74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9FFE8E2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Входная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рефлексия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995F47A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Результаты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проектного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цикла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10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класса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8D0C602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Анализируют проект, итоговую оценку, сильные стороны и ограничения.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C4924D2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Краткий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аналитический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отчёт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D169449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Входная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диагностика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6438213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6E1C64D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E816909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73B65662" w14:textId="77777777" w:rsidTr="0038217E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638934B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3777386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89795E7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Входная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рефлексия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A5E7791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Экспертные рекомендации как основание развития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51DB570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Сопоставляют рекомендации комиссии с собственным замыслом и ресурсами.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FC679A1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Ранжированный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перечень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рекомендаций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C34FD90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Карта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рекомендаций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7F0629D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C04110E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30F0EC5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5FBFC49D" w14:textId="77777777" w:rsidTr="0038217E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51CDDFF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F7D5BE0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73A6ADA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Входная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рефлексия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7221C2B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Выбор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проектной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траектории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29F518D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Выбирают новый проект, связанный проект или качественное продолжение работы 10 класса.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5083CFB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Обоснование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выбранной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траектории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81829D9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Собеседование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20A3A4E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D6B9F53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4CBF696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758F1A0C" w14:textId="77777777" w:rsidTr="0038217E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AE698FE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B883FEF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50990BD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Входная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рефлексия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B025F21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Личная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11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класса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5083EDF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Определяют, какие решения и действия должны выполнить самостоятельно и чем подтвердят приращение.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860A83B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Личная задача и перечень доказательств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F22DA9E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Контрольная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точка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729AA8D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480C42E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AF2F433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79DCC8C8" w14:textId="77777777" w:rsidTr="0038217E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DE7302E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93004E3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23870CD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Инициирование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A4C3787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Новая или уточнённая проблемная ситуация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8FADB5C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Проверяют актуальность проблемы в изменившемся контексте, собирают подтверждающие факты.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ABE1D6E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Описание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проблемной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ситуации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A7BE9F7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Экспертная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проверка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ECB7CDF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F82768B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B0A6BF8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410B1DA5" w14:textId="77777777" w:rsidTr="0038217E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60F89A2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D1FD1C3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8BEEB61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Инициирование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F588AEF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Заинтересованные стороны и целевая аудитория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2D6AA20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Уточняют пользователей, партнёров, экспертов и условия применения результата.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049430D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Обновлённая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карта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заинтересованных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сторон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59E10C1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Обсуждение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карты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BF59D73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8A5F661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1E9CA85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3C5D4081" w14:textId="77777777" w:rsidTr="0038217E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27D07CC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1A11A89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C83FC85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Инициирование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E7B52CE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Актуальные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источники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аналоги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C249688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Расширяют анализ области исследования или существующих решений, выявляют незакрытые вопросы.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2AFB641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Аналитический обзор или таблица аналогов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9EF7CBC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Проверка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источников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390F6B6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B55A0B9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F03B5AB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26D1FC8A" w14:textId="77777777" w:rsidTr="0038217E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0807778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B7411EF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EE0C168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Инициирование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F68ACD7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Новизна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второго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проектного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цикла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DBB89E6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Определяют новые данные, методы, функции продукта, условия апробации или сферу применения.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EA61593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Карта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качественных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изменений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49653CA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Сопоставление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проектом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10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класса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6192660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DE22157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725F919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1F4CE8EE" w14:textId="77777777" w:rsidTr="0038217E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0D20668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44CC089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F83322B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Инициирование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72872C4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Тема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концепция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проекта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5C78632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Уточняют тему, тип проекта, основную идею и границы работы.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2740075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Утверждённая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концепция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7426F9C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Контрольная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точка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AC064BF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1E5F29D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D995B36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72B9E21D" w14:textId="77777777" w:rsidTr="0038217E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490C2C8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08D6812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BDE4637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Планирование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938975A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Цель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ожидаемый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результат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B133CC7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Формулируют цель и результат с учётом качественного приращения.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C0F530B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Цель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ожидаемый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результат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2F1A20B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Проверка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согласованности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AE239B2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3CC0FE6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68AB7CB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2CEFB69A" w14:textId="77777777" w:rsidTr="0038217E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0246254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EDD0AA7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0EE9637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Планирование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C058509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Новые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задачи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проекта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ACD87EF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Определяют задачи, которые обеспечивают развитие или создание нового результата.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9E49140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Система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0A50B49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Взаимная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экспертиза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6AEAA7C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5CF5561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E0B274F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236889A5" w14:textId="77777777" w:rsidTr="0038217E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33CEE91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398E221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B27E156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Планирование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3FC6673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Измеримые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критерии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качества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4F32B2E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Устанавливают показатели качества, достоверности, полезности и завершённости.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FCC8902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Критерии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способы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проверки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4B0F0F6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Лист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критериев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318E20A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CA456DA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7A4AC09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4B60C5D7" w14:textId="77777777" w:rsidTr="0038217E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C755781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CAAE487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30DE1D8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Планирование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69DC3EE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Обоснование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методов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D725E9A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Выбирают методы исследования или разработки и объясняют их соответствие задачам.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7A3FBF6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Обоснованный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набор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методов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905C0D2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Индивидуальная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консультация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CC2F176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DB6060C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B12CD74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7DD6A503" w14:textId="77777777" w:rsidTr="0038217E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A9295C1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4880659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1685A20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Планирование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B5656A5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Ресурсы, партнёры, ограничения и риски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A46A354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Определяют необходимую поддержку, ограничения и действия при наступлении рисков.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2F48782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Ресурсный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риск-план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9FF76B3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Проверка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реалистичности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87956CB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2037233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941012A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3057492E" w14:textId="77777777" w:rsidTr="0038217E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E854E7D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B20E88D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8864C94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Планирование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3349E0F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Календарный план и контрольные точки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4A08C8C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Составляют план с промежуточными результатами, сроками и основаниями возможного перепланирования.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E3CD4AA" w14:textId="77777777" w:rsidR="00A5558E" w:rsidRPr="0038217E" w:rsidRDefault="00374BE8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К</w:t>
            </w:r>
            <w:proofErr w:type="spellStart"/>
            <w:r w:rsidR="009B6C6F"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алендарный</w:t>
            </w:r>
            <w:proofErr w:type="spellEnd"/>
            <w:r w:rsidR="009B6C6F"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9B6C6F"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EB756B3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Контрольная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точка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A85DBCF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C4E5250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3B8B729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7CCDDA49" w14:textId="77777777" w:rsidTr="0038217E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F9F46C6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C6AE456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BC678E1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Реализация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8182E13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Подготовка данных, материалов или технического задания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2AC5CC2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Организуют исходные материалы и уточняют процедуры или требования к продукту.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96F2762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Комплект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исходных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материалов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846E18C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Проверка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готовности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24796F2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F7688A5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1650DC3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12013BE6" w14:textId="77777777" w:rsidTr="0038217E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03C2AAB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F3D973F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8E01D6A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Реализация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8D51EFB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Самостоятельная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работа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проектом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3127B38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Проводят исследование либо создают новую версию продукта.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Фиксируют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решения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70DECBD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Промежуточный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результат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C3FB686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Журнал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решений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349FE6E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8B2B44C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ABBCF00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2E4E57E1" w14:textId="77777777" w:rsidTr="0038217E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46394A2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18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B49FFE5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0EA9D07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Реализация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396EF29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Самостоятельная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работа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проектом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061B4A9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Продолжают реализацию и собирают доказательства качества и личного вклада.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F5C9D25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Промежуточный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результат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F0587E9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Проверка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портфолио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23BA5AD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54FA1E2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B02323E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10E0419A" w14:textId="77777777" w:rsidTr="0038217E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E8E2709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E7C4501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070352C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Реализация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BB48B8F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Промежуточная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экспертиза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85ADE19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Представляют ход работы, данные или версию продукта и получают предметную обратную связь.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1070860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Экспертные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рекомендации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5D9138F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Контрольная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точка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3D00FC5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FF9C299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BAB2CBE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3574D772" w14:textId="77777777" w:rsidTr="0038217E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6417CDA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95F6AC0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C8EFA06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Реализация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41AB3D0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Самостоятельное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перепланирование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F71014F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Оценивают отклонения и при необходимости меняют действия, методы, ресурсы или сроки.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D4C303C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Обновлённый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обоснованием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EE31CED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Лист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перепланирования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9D9939B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B005D2E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8036634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4A0EA80C" w14:textId="77777777" w:rsidTr="0038217E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E7A024F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9B77EFF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F8FBE7F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Реализация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88C0161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Самостоятельная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работа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проектом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E1DA7A7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Реализуют обновлённый план, проверяют промежуточный результат.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2B57B18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Промежуточный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результат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7404839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Консультация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запросу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81F79F7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A96C89B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59AADE9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38C0C0EE" w14:textId="77777777" w:rsidTr="0038217E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F51BD7C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DDF11D0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1BB5B9D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Реализация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BB66409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Самостоятельная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работа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проектом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F288A7C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Завершают основную разработку или сбор данных.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1556907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Основной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результат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проекта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4AAEAF0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Проверка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готовности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C03D846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A8CBC2A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41B5CB7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37C213DA" w14:textId="77777777" w:rsidTr="0038217E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5B64C3E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D97C1EF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1F7DEBE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Реализация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D28EE99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Апробация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или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проверка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результатов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65639AD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Проводят испытания продукта либо проверяют достоверность исследовательских данных и выводов.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4EF7060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Протокол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испытаний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или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анализа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0B6D423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Проверка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протокола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0F52493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788D792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7C2D068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7CCD6769" w14:textId="77777777" w:rsidTr="0038217E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B806584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7C35231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B350875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Реализация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C921E49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Внешняя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обратная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связь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CA0AFAF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Получают отзыв пользователя, партнёра или профильного эксперта и фиксируют условия получения отзыва.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B80AC41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Отзыв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перечень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решений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25D382B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Экспертная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встреча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D409B85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29B0540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0252A1D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520C07CD" w14:textId="77777777" w:rsidTr="0038217E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F0525EC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38CB576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81A4AE8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Реализация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3B8745B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Завершение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реализации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654AB3D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Учитывают результаты апробации и внешней обратной связи, формируют итоговую версию.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93A1761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Итоговый продукт или набор результатов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49FC45E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Контрольная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точка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5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03D4C13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A9C4D8B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957A2C4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4403B817" w14:textId="77777777" w:rsidTr="0038217E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2943211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A5193E8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6A43467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Завершение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47B167C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Сравнение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результатов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10 и 11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классов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11A35F8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Для продолженного проекта сопоставляют исходные и достигнутые показатели; для нового — стартовое состояние и итог.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59510EE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Сравнительная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таблица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результатов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2B77040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Проверка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доказательств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динамики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25A1ADE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5C5ABC4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B5B2E16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0EDF53CD" w14:textId="77777777" w:rsidTr="0038217E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DBA29BD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27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9E01A44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55C7E0B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Завершение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85C2F95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Повторная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проверка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качества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39A3AD3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Проверяют результат по критериям, при необходимости проводят контрольное измерение или повторное испытание.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ECF8660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Подтверждённые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показатели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A62BC8F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Самооценка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рубрике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8E88FD1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CE224E9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AAECC46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0C97E213" w14:textId="77777777" w:rsidTr="0038217E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89EA60F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95544F8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743CECA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Завершение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F60D60D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Выводы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ограничения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перспективы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100932D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Формулируют выводы, обозначают границы применимости и реалистичные направления развития.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E1B191D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Итоговые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выводы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09F395E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Содержательная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экспертиза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76877BB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DC61DB3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46E0A90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0EE1C6DA" w14:textId="77777777" w:rsidTr="0038217E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9C8A960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216A3BC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99457AA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Завершение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AF3CB9A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Письменная работа и проектное портфолио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5D6D1A7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Оформляют письменную часть, приложения, доказательства личного вклада и историю изменений.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D35AD23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Полный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комплект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материалов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F3FFDC4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Контрольная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точка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6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4F7312D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A26778A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0C4F46D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15767B75" w14:textId="77777777" w:rsidTr="0038217E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6965717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097C22E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9013AB8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Защита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F36A724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Презентация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доказательств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результата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EB70B6A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Отбирают материалы, которые подтверждают решение проблемы, качество и самостоятельность.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F3D9462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Итоговая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презентация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8725A41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Проверка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презентации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5FD43C2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01D42A5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D926D44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106D0615" w14:textId="77777777" w:rsidTr="0038217E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D6B025B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D464882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C5868FC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Защита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6C06982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Репетиция выступления и ответы на вопросы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E9C7186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Отрабатывают регламент, аргументацию и объяснение принятых решений.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2BBFE98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Скорректированное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выступление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122C9AF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Пробная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защита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EA02ED1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230E5A9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8E76726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1B8467EA" w14:textId="77777777" w:rsidTr="0038217E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18F0EF9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83E3AE7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6667E97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Защита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5135C6B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Предзащита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проекта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2CD4E8F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Представляют полный комплект, отвечают на вопросы и устраняют последние содержательные недостатки.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94BAE0B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Готовность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итоговой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защите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760E3FD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Предзащита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B1754D4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91DFC6B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E695F93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379B2B10" w14:textId="77777777" w:rsidTr="0038217E">
        <w:trPr>
          <w:cantSplit/>
          <w:jc w:val="center"/>
        </w:trPr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19349DC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A854C32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6C8FABE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Защита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7485066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Итоговая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школьная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защита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C4118D1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Публично представляют проблему, решения, результат, качественную динамику и ограничения.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861F9DE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Защищённый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;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экспертный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лист</w:t>
            </w:r>
            <w:proofErr w:type="spellEnd"/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1BBA1B9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Итоговая экспертная оценка до 30 ноября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6381B95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1871A1D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701B576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558E" w14:paraId="3682A17C" w14:textId="77777777" w:rsidTr="0038217E">
        <w:trPr>
          <w:cantSplit/>
          <w:jc w:val="center"/>
        </w:trPr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6CFCB52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CB7DFB4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50DF134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Рефлексия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2EB389F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Итоговая рефлексия и перенос опыта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4E818B5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Оценивают приращение самостоятельности и определяют, как применять проектные умения в дальнейшем обучении.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708B5CB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Итоговый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рефлексивный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отчёт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432DEA6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Собеседование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проверка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портфолио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E945F18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D10FEEC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0109075" w14:textId="77777777" w:rsidR="00A5558E" w:rsidRPr="0038217E" w:rsidRDefault="00A5558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F79F1B1" w14:textId="77777777" w:rsidR="0038217E" w:rsidRDefault="0038217E">
      <w:pPr>
        <w:sectPr w:rsidR="0038217E">
          <w:pgSz w:w="16838" w:h="11906" w:orient="landscape"/>
          <w:pgMar w:top="680" w:right="680" w:bottom="680" w:left="680" w:header="340" w:footer="397" w:gutter="0"/>
          <w:cols w:space="720"/>
          <w:docGrid w:linePitch="360"/>
        </w:sectPr>
      </w:pPr>
    </w:p>
    <w:p w14:paraId="7BE27A91" w14:textId="77777777" w:rsidR="00A5558E" w:rsidRPr="0038217E" w:rsidRDefault="009B6C6F" w:rsidP="0038217E">
      <w:pPr>
        <w:pStyle w:val="1"/>
        <w:spacing w:before="0" w:after="0" w:line="360" w:lineRule="auto"/>
        <w:ind w:firstLine="720"/>
        <w:rPr>
          <w:rFonts w:ascii="Times New Roman" w:hAnsi="Times New Roman" w:cs="Times New Roman"/>
        </w:rPr>
      </w:pPr>
      <w:proofErr w:type="spellStart"/>
      <w:r w:rsidRPr="0038217E">
        <w:rPr>
          <w:rFonts w:ascii="Times New Roman" w:hAnsi="Times New Roman" w:cs="Times New Roman"/>
        </w:rPr>
        <w:lastRenderedPageBreak/>
        <w:t>Сводное</w:t>
      </w:r>
      <w:proofErr w:type="spellEnd"/>
      <w:r w:rsidRPr="0038217E">
        <w:rPr>
          <w:rFonts w:ascii="Times New Roman" w:hAnsi="Times New Roman" w:cs="Times New Roman"/>
        </w:rPr>
        <w:t xml:space="preserve"> </w:t>
      </w:r>
      <w:proofErr w:type="spellStart"/>
      <w:r w:rsidRPr="0038217E">
        <w:rPr>
          <w:rFonts w:ascii="Times New Roman" w:hAnsi="Times New Roman" w:cs="Times New Roman"/>
        </w:rPr>
        <w:t>распределение</w:t>
      </w:r>
      <w:proofErr w:type="spellEnd"/>
      <w:r w:rsidRPr="0038217E">
        <w:rPr>
          <w:rFonts w:ascii="Times New Roman" w:hAnsi="Times New Roman" w:cs="Times New Roman"/>
        </w:rPr>
        <w:t xml:space="preserve"> </w:t>
      </w:r>
      <w:proofErr w:type="spellStart"/>
      <w:r w:rsidRPr="0038217E">
        <w:rPr>
          <w:rFonts w:ascii="Times New Roman" w:hAnsi="Times New Roman" w:cs="Times New Roman"/>
        </w:rPr>
        <w:t>часов</w:t>
      </w:r>
      <w:proofErr w:type="spellEnd"/>
    </w:p>
    <w:tbl>
      <w:tblPr>
        <w:tblStyle w:val="aff0"/>
        <w:tblW w:w="5000" w:type="pct"/>
        <w:jc w:val="center"/>
        <w:tblLook w:val="04A0" w:firstRow="1" w:lastRow="0" w:firstColumn="1" w:lastColumn="0" w:noHBand="0" w:noVBand="1"/>
      </w:tblPr>
      <w:tblGrid>
        <w:gridCol w:w="1011"/>
        <w:gridCol w:w="2657"/>
        <w:gridCol w:w="2468"/>
        <w:gridCol w:w="4400"/>
      </w:tblGrid>
      <w:tr w:rsidR="00A5558E" w:rsidRPr="0038217E" w14:paraId="76374B20" w14:textId="77777777" w:rsidTr="0038217E">
        <w:trPr>
          <w:tblHeader/>
          <w:jc w:val="center"/>
        </w:trPr>
        <w:tc>
          <w:tcPr>
            <w:tcW w:w="480" w:type="pct"/>
            <w:shd w:val="clear" w:color="auto" w:fill="1F4E7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A84F9B2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Класс</w:t>
            </w:r>
            <w:proofErr w:type="spellEnd"/>
          </w:p>
        </w:tc>
        <w:tc>
          <w:tcPr>
            <w:tcW w:w="1261" w:type="pct"/>
            <w:shd w:val="clear" w:color="auto" w:fill="1F4E7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A6C0698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Этап</w:t>
            </w:r>
            <w:proofErr w:type="spellEnd"/>
          </w:p>
        </w:tc>
        <w:tc>
          <w:tcPr>
            <w:tcW w:w="1171" w:type="pct"/>
            <w:shd w:val="clear" w:color="auto" w:fill="1F4E7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D45C265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Количество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часов</w:t>
            </w:r>
            <w:proofErr w:type="spellEnd"/>
          </w:p>
        </w:tc>
        <w:tc>
          <w:tcPr>
            <w:tcW w:w="2088" w:type="pct"/>
            <w:shd w:val="clear" w:color="auto" w:fill="1F4E7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83F79FA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Ключевая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контрольная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точка</w:t>
            </w:r>
            <w:proofErr w:type="spellEnd"/>
          </w:p>
        </w:tc>
      </w:tr>
      <w:tr w:rsidR="00A5558E" w:rsidRPr="0038217E" w14:paraId="5002F2D5" w14:textId="77777777" w:rsidTr="0038217E">
        <w:trPr>
          <w:cantSplit/>
          <w:jc w:val="center"/>
        </w:trPr>
        <w:tc>
          <w:tcPr>
            <w:tcW w:w="480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24A0CA0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1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DD335A9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Введение</w:t>
            </w:r>
            <w:proofErr w:type="spellEnd"/>
          </w:p>
        </w:tc>
        <w:tc>
          <w:tcPr>
            <w:tcW w:w="1171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ABE5E93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88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43F0080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Входная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диагностика</w:t>
            </w:r>
            <w:proofErr w:type="spellEnd"/>
          </w:p>
        </w:tc>
      </w:tr>
      <w:tr w:rsidR="00A5558E" w:rsidRPr="0038217E" w14:paraId="41C78F66" w14:textId="77777777" w:rsidTr="0038217E">
        <w:trPr>
          <w:cantSplit/>
          <w:jc w:val="center"/>
        </w:trPr>
        <w:tc>
          <w:tcPr>
            <w:tcW w:w="480" w:type="pct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C2AC865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1" w:type="pct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0569D90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Инициирование</w:t>
            </w:r>
            <w:proofErr w:type="spellEnd"/>
          </w:p>
        </w:tc>
        <w:tc>
          <w:tcPr>
            <w:tcW w:w="1171" w:type="pct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5E7731C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88" w:type="pct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B37ABD3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Утверждение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проектной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идеи</w:t>
            </w:r>
            <w:proofErr w:type="spellEnd"/>
          </w:p>
        </w:tc>
      </w:tr>
      <w:tr w:rsidR="00A5558E" w:rsidRPr="0038217E" w14:paraId="40E382D5" w14:textId="77777777" w:rsidTr="0038217E">
        <w:trPr>
          <w:cantSplit/>
          <w:jc w:val="center"/>
        </w:trPr>
        <w:tc>
          <w:tcPr>
            <w:tcW w:w="480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FD51C6A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1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DAFD89D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Планирование</w:t>
            </w:r>
            <w:proofErr w:type="spellEnd"/>
          </w:p>
        </w:tc>
        <w:tc>
          <w:tcPr>
            <w:tcW w:w="1171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E15CB29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088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51FD2B6" w14:textId="175B9849" w:rsidR="00A5558E" w:rsidRPr="0038217E" w:rsidRDefault="00075EF5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К</w:t>
            </w:r>
            <w:proofErr w:type="spellStart"/>
            <w:r w:rsidR="009B6C6F"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алендарный</w:t>
            </w:r>
            <w:proofErr w:type="spellEnd"/>
            <w:r w:rsidR="009B6C6F"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9B6C6F"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</w:t>
            </w:r>
            <w:proofErr w:type="spellEnd"/>
          </w:p>
        </w:tc>
      </w:tr>
      <w:tr w:rsidR="00A5558E" w:rsidRPr="0038217E" w14:paraId="7E2027A6" w14:textId="77777777" w:rsidTr="0038217E">
        <w:trPr>
          <w:cantSplit/>
          <w:jc w:val="center"/>
        </w:trPr>
        <w:tc>
          <w:tcPr>
            <w:tcW w:w="480" w:type="pct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31F02BD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1" w:type="pct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7B8F2F1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Реализация</w:t>
            </w:r>
            <w:proofErr w:type="spellEnd"/>
          </w:p>
        </w:tc>
        <w:tc>
          <w:tcPr>
            <w:tcW w:w="1171" w:type="pct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D4CB8C7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088" w:type="pct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3599118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Завершённый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основной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результат</w:t>
            </w:r>
            <w:proofErr w:type="spellEnd"/>
          </w:p>
        </w:tc>
      </w:tr>
      <w:tr w:rsidR="00A5558E" w:rsidRPr="0038217E" w14:paraId="0C3ACA70" w14:textId="77777777" w:rsidTr="0038217E">
        <w:trPr>
          <w:cantSplit/>
          <w:jc w:val="center"/>
        </w:trPr>
        <w:tc>
          <w:tcPr>
            <w:tcW w:w="480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29DF4A8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1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0BF937D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Завершение</w:t>
            </w:r>
            <w:proofErr w:type="spellEnd"/>
          </w:p>
        </w:tc>
        <w:tc>
          <w:tcPr>
            <w:tcW w:w="1171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08A270A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88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F084B3A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Итоговая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письменная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работа</w:t>
            </w:r>
            <w:proofErr w:type="spellEnd"/>
          </w:p>
        </w:tc>
      </w:tr>
      <w:tr w:rsidR="00A5558E" w:rsidRPr="0038217E" w14:paraId="325A8984" w14:textId="77777777" w:rsidTr="0038217E">
        <w:trPr>
          <w:cantSplit/>
          <w:jc w:val="center"/>
        </w:trPr>
        <w:tc>
          <w:tcPr>
            <w:tcW w:w="480" w:type="pct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674EBE0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1" w:type="pct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E89CB44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Защита</w:t>
            </w:r>
            <w:proofErr w:type="spellEnd"/>
          </w:p>
        </w:tc>
        <w:tc>
          <w:tcPr>
            <w:tcW w:w="1171" w:type="pct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747AFD7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88" w:type="pct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431B786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Школьная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защита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30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марта</w:t>
            </w:r>
            <w:proofErr w:type="spellEnd"/>
          </w:p>
        </w:tc>
      </w:tr>
      <w:tr w:rsidR="00A5558E" w:rsidRPr="0038217E" w14:paraId="2DC698EC" w14:textId="77777777" w:rsidTr="0038217E">
        <w:trPr>
          <w:cantSplit/>
          <w:jc w:val="center"/>
        </w:trPr>
        <w:tc>
          <w:tcPr>
            <w:tcW w:w="480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65A4DEA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1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16BF65A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Обратная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связь</w:t>
            </w:r>
            <w:proofErr w:type="spellEnd"/>
          </w:p>
        </w:tc>
        <w:tc>
          <w:tcPr>
            <w:tcW w:w="1171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5D6CD90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088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C98D240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Доработанная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версия</w:t>
            </w:r>
            <w:proofErr w:type="spellEnd"/>
          </w:p>
        </w:tc>
      </w:tr>
      <w:tr w:rsidR="00A5558E" w:rsidRPr="0038217E" w14:paraId="3A36DFF6" w14:textId="77777777" w:rsidTr="0038217E">
        <w:trPr>
          <w:cantSplit/>
          <w:jc w:val="center"/>
        </w:trPr>
        <w:tc>
          <w:tcPr>
            <w:tcW w:w="480" w:type="pct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6E56E00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1" w:type="pct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AB9CECB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Рефлексия</w:t>
            </w:r>
            <w:proofErr w:type="spellEnd"/>
          </w:p>
        </w:tc>
        <w:tc>
          <w:tcPr>
            <w:tcW w:w="1171" w:type="pct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53EFE96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88" w:type="pct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CB9AD37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Траектория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11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класса</w:t>
            </w:r>
            <w:proofErr w:type="spellEnd"/>
          </w:p>
        </w:tc>
      </w:tr>
      <w:tr w:rsidR="00A5558E" w:rsidRPr="0038217E" w14:paraId="79F13156" w14:textId="77777777" w:rsidTr="0038217E">
        <w:trPr>
          <w:cantSplit/>
          <w:jc w:val="center"/>
        </w:trPr>
        <w:tc>
          <w:tcPr>
            <w:tcW w:w="480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63AB70F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1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58D9A5B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</w:t>
            </w:r>
            <w:proofErr w:type="spellEnd"/>
          </w:p>
        </w:tc>
        <w:tc>
          <w:tcPr>
            <w:tcW w:w="1171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4678214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088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1F61E32" w14:textId="77777777" w:rsidR="00A5558E" w:rsidRPr="0038217E" w:rsidRDefault="00A5558E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217E" w:rsidRPr="0038217E" w14:paraId="2AF4B177" w14:textId="77777777" w:rsidTr="00A80478">
        <w:trPr>
          <w:cantSplit/>
          <w:jc w:val="center"/>
        </w:trPr>
        <w:tc>
          <w:tcPr>
            <w:tcW w:w="480" w:type="pct"/>
            <w:shd w:val="clear" w:color="auto" w:fill="17365D" w:themeFill="text2" w:themeFillShade="BF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00758B1" w14:textId="44326044" w:rsidR="0038217E" w:rsidRPr="0038217E" w:rsidRDefault="0038217E" w:rsidP="00A804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Класс</w:t>
            </w:r>
            <w:proofErr w:type="spellEnd"/>
          </w:p>
        </w:tc>
        <w:tc>
          <w:tcPr>
            <w:tcW w:w="1261" w:type="pct"/>
            <w:shd w:val="clear" w:color="auto" w:fill="17365D" w:themeFill="text2" w:themeFillShade="BF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4E25717" w14:textId="5BA3EBF7" w:rsidR="0038217E" w:rsidRPr="0038217E" w:rsidRDefault="0038217E" w:rsidP="00A804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Этап</w:t>
            </w:r>
            <w:proofErr w:type="spellEnd"/>
          </w:p>
        </w:tc>
        <w:tc>
          <w:tcPr>
            <w:tcW w:w="1171" w:type="pct"/>
            <w:shd w:val="clear" w:color="auto" w:fill="17365D" w:themeFill="text2" w:themeFillShade="BF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A33F090" w14:textId="3AA045B6" w:rsidR="0038217E" w:rsidRPr="0038217E" w:rsidRDefault="0038217E" w:rsidP="00A804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Количество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часов</w:t>
            </w:r>
            <w:proofErr w:type="spellEnd"/>
          </w:p>
        </w:tc>
        <w:tc>
          <w:tcPr>
            <w:tcW w:w="2088" w:type="pct"/>
            <w:shd w:val="clear" w:color="auto" w:fill="17365D" w:themeFill="text2" w:themeFillShade="BF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5A08AAB" w14:textId="319F2EEF" w:rsidR="0038217E" w:rsidRPr="0038217E" w:rsidRDefault="0038217E" w:rsidP="00A8047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Ключевая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контрольная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точка</w:t>
            </w:r>
            <w:proofErr w:type="spellEnd"/>
          </w:p>
        </w:tc>
      </w:tr>
      <w:tr w:rsidR="00A5558E" w:rsidRPr="0038217E" w14:paraId="08B33CF3" w14:textId="77777777" w:rsidTr="0038217E">
        <w:trPr>
          <w:cantSplit/>
          <w:jc w:val="center"/>
        </w:trPr>
        <w:tc>
          <w:tcPr>
            <w:tcW w:w="480" w:type="pct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4FEB3E4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1" w:type="pct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A481137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Входная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рефлексия</w:t>
            </w:r>
            <w:proofErr w:type="spellEnd"/>
          </w:p>
        </w:tc>
        <w:tc>
          <w:tcPr>
            <w:tcW w:w="1171" w:type="pct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9C92739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088" w:type="pct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4F2910C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Выбор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траектории</w:t>
            </w:r>
            <w:proofErr w:type="spellEnd"/>
          </w:p>
        </w:tc>
      </w:tr>
      <w:tr w:rsidR="00A5558E" w:rsidRPr="0038217E" w14:paraId="1D7FD002" w14:textId="77777777" w:rsidTr="0038217E">
        <w:trPr>
          <w:cantSplit/>
          <w:jc w:val="center"/>
        </w:trPr>
        <w:tc>
          <w:tcPr>
            <w:tcW w:w="480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F35E39B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1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169AD64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Инициирование</w:t>
            </w:r>
            <w:proofErr w:type="spellEnd"/>
          </w:p>
        </w:tc>
        <w:tc>
          <w:tcPr>
            <w:tcW w:w="1171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E2DA760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88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87AE3BD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Концепция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карта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изменений</w:t>
            </w:r>
            <w:proofErr w:type="spellEnd"/>
          </w:p>
        </w:tc>
      </w:tr>
      <w:tr w:rsidR="00A5558E" w:rsidRPr="0038217E" w14:paraId="0D806874" w14:textId="77777777" w:rsidTr="0038217E">
        <w:trPr>
          <w:cantSplit/>
          <w:jc w:val="center"/>
        </w:trPr>
        <w:tc>
          <w:tcPr>
            <w:tcW w:w="480" w:type="pct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B5BAA6D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1" w:type="pct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6A5FF4D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Планирование</w:t>
            </w:r>
            <w:proofErr w:type="spellEnd"/>
          </w:p>
        </w:tc>
        <w:tc>
          <w:tcPr>
            <w:tcW w:w="1171" w:type="pct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93FEF6E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088" w:type="pct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4D15396" w14:textId="13F09901" w:rsidR="00A5558E" w:rsidRPr="0038217E" w:rsidRDefault="00075EF5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К</w:t>
            </w:r>
            <w:proofErr w:type="spellStart"/>
            <w:r w:rsidR="009B6C6F"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алендарный</w:t>
            </w:r>
            <w:proofErr w:type="spellEnd"/>
            <w:r w:rsidR="009B6C6F"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9B6C6F"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</w:t>
            </w:r>
            <w:proofErr w:type="spellEnd"/>
          </w:p>
        </w:tc>
      </w:tr>
      <w:tr w:rsidR="00A5558E" w:rsidRPr="0038217E" w14:paraId="5BFCB246" w14:textId="77777777" w:rsidTr="0038217E">
        <w:trPr>
          <w:cantSplit/>
          <w:jc w:val="center"/>
        </w:trPr>
        <w:tc>
          <w:tcPr>
            <w:tcW w:w="480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233DE25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1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ADDE72A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Реализация</w:t>
            </w:r>
            <w:proofErr w:type="spellEnd"/>
          </w:p>
        </w:tc>
        <w:tc>
          <w:tcPr>
            <w:tcW w:w="1171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DFA1929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088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EA4311B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Апробированный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результат</w:t>
            </w:r>
            <w:proofErr w:type="spellEnd"/>
          </w:p>
        </w:tc>
      </w:tr>
      <w:tr w:rsidR="00A5558E" w:rsidRPr="0038217E" w14:paraId="4256D206" w14:textId="77777777" w:rsidTr="0038217E">
        <w:trPr>
          <w:cantSplit/>
          <w:jc w:val="center"/>
        </w:trPr>
        <w:tc>
          <w:tcPr>
            <w:tcW w:w="480" w:type="pct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84FFCA0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1" w:type="pct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F9B4DC1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Завершение</w:t>
            </w:r>
            <w:proofErr w:type="spellEnd"/>
          </w:p>
        </w:tc>
        <w:tc>
          <w:tcPr>
            <w:tcW w:w="1171" w:type="pct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402D7D5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088" w:type="pct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C1EBD73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Полный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комплект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материалов</w:t>
            </w:r>
            <w:proofErr w:type="spellEnd"/>
          </w:p>
        </w:tc>
      </w:tr>
      <w:tr w:rsidR="00A5558E" w:rsidRPr="0038217E" w14:paraId="75C1D4C8" w14:textId="77777777" w:rsidTr="0038217E">
        <w:trPr>
          <w:cantSplit/>
          <w:jc w:val="center"/>
        </w:trPr>
        <w:tc>
          <w:tcPr>
            <w:tcW w:w="480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7C403BA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1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5CFBE5A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Защита</w:t>
            </w:r>
            <w:proofErr w:type="spellEnd"/>
          </w:p>
        </w:tc>
        <w:tc>
          <w:tcPr>
            <w:tcW w:w="1171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DC65CFC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088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DEA04AA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Итоговая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защита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30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ноября</w:t>
            </w:r>
            <w:proofErr w:type="spellEnd"/>
          </w:p>
        </w:tc>
      </w:tr>
      <w:tr w:rsidR="00A5558E" w:rsidRPr="0038217E" w14:paraId="003AB9AB" w14:textId="77777777" w:rsidTr="0038217E">
        <w:trPr>
          <w:cantSplit/>
          <w:jc w:val="center"/>
        </w:trPr>
        <w:tc>
          <w:tcPr>
            <w:tcW w:w="480" w:type="pct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80CF37F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1" w:type="pct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3E605EA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Рефлексия</w:t>
            </w:r>
            <w:proofErr w:type="spellEnd"/>
          </w:p>
        </w:tc>
        <w:tc>
          <w:tcPr>
            <w:tcW w:w="1171" w:type="pct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A7D8D03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88" w:type="pct"/>
            <w:shd w:val="clear" w:color="auto" w:fill="EAF2F8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D97B655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Итоговый</w:t>
            </w:r>
            <w:proofErr w:type="spellEnd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отчёт</w:t>
            </w:r>
            <w:proofErr w:type="spellEnd"/>
          </w:p>
        </w:tc>
      </w:tr>
      <w:tr w:rsidR="00A5558E" w:rsidRPr="0038217E" w14:paraId="1CA90E2F" w14:textId="77777777" w:rsidTr="0038217E">
        <w:trPr>
          <w:cantSplit/>
          <w:jc w:val="center"/>
        </w:trPr>
        <w:tc>
          <w:tcPr>
            <w:tcW w:w="480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7F17FFA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1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6C79621" w14:textId="77777777" w:rsidR="00A5558E" w:rsidRPr="0038217E" w:rsidRDefault="009B6C6F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</w:t>
            </w:r>
            <w:proofErr w:type="spellEnd"/>
          </w:p>
        </w:tc>
        <w:tc>
          <w:tcPr>
            <w:tcW w:w="1171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1D73EF7" w14:textId="77777777" w:rsidR="00A5558E" w:rsidRPr="0038217E" w:rsidRDefault="009B6C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088" w:type="pct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9974E70" w14:textId="77777777" w:rsidR="00A5558E" w:rsidRPr="0038217E" w:rsidRDefault="00A5558E">
            <w:pPr>
              <w:spacing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C91DF58" w14:textId="77777777" w:rsidR="009B6C6F" w:rsidRDefault="009B6C6F"/>
    <w:sectPr w:rsidR="009B6C6F" w:rsidSect="0038217E">
      <w:pgSz w:w="11906" w:h="16838"/>
      <w:pgMar w:top="680" w:right="680" w:bottom="680" w:left="680" w:header="340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A23BCF" w14:textId="77777777" w:rsidR="009B068D" w:rsidRDefault="009B068D">
      <w:pPr>
        <w:spacing w:after="0" w:line="240" w:lineRule="auto"/>
      </w:pPr>
      <w:r>
        <w:separator/>
      </w:r>
    </w:p>
  </w:endnote>
  <w:endnote w:type="continuationSeparator" w:id="0">
    <w:p w14:paraId="06606C48" w14:textId="77777777" w:rsidR="009B068D" w:rsidRDefault="009B0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20594448"/>
      <w:docPartObj>
        <w:docPartGallery w:val="Page Numbers (Bottom of Page)"/>
        <w:docPartUnique/>
      </w:docPartObj>
    </w:sdtPr>
    <w:sdtEndPr/>
    <w:sdtContent>
      <w:p w14:paraId="5A9C9139" w14:textId="77777777" w:rsidR="00A5558E" w:rsidRDefault="009B6C6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4BE8" w:rsidRPr="00374BE8">
          <w:rPr>
            <w:noProof/>
            <w:lang w:val="ru-RU"/>
          </w:rPr>
          <w:t>9</w:t>
        </w:r>
        <w:r>
          <w:fldChar w:fldCharType="end"/>
        </w:r>
      </w:p>
    </w:sdtContent>
  </w:sdt>
  <w:p w14:paraId="437C0D5A" w14:textId="77777777" w:rsidR="00A5558E" w:rsidRDefault="00A5558E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B7E9F8" w14:textId="77777777" w:rsidR="009B068D" w:rsidRDefault="009B068D">
      <w:pPr>
        <w:spacing w:after="0" w:line="240" w:lineRule="auto"/>
      </w:pPr>
      <w:r>
        <w:separator/>
      </w:r>
    </w:p>
  </w:footnote>
  <w:footnote w:type="continuationSeparator" w:id="0">
    <w:p w14:paraId="404F2715" w14:textId="77777777" w:rsidR="009B068D" w:rsidRDefault="009B06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C950B88C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58E"/>
    <w:rsid w:val="00075EF5"/>
    <w:rsid w:val="00374BE8"/>
    <w:rsid w:val="0038217E"/>
    <w:rsid w:val="00887901"/>
    <w:rsid w:val="009B068D"/>
    <w:rsid w:val="009B6C6F"/>
    <w:rsid w:val="00A5558E"/>
    <w:rsid w:val="00A80478"/>
    <w:rsid w:val="00F55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7FED955"/>
  <w14:defaultImageDpi w14:val="300"/>
  <w15:docId w15:val="{B691C5C3-6A47-4205-8DC3-E6C52BE01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20"/>
      <w:jc w:val="both"/>
    </w:pPr>
    <w:rPr>
      <w:rFonts w:ascii="Arial" w:eastAsia="Arial" w:hAnsi="Arial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200"/>
      <w:outlineLvl w:val="0"/>
    </w:pPr>
    <w:rPr>
      <w:rFonts w:asciiTheme="majorHAnsi" w:eastAsiaTheme="majorEastAsia" w:hAnsiTheme="majorHAnsi" w:cstheme="majorBidi"/>
      <w:b/>
      <w:bCs/>
      <w:color w:val="000000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/>
      <w:sz w:val="24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0000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keepNext/>
      <w:pBdr>
        <w:bottom w:val="single" w:sz="8" w:space="4" w:color="4F81BD" w:themeColor="accent1"/>
      </w:pBdr>
      <w:spacing w:line="240" w:lineRule="auto"/>
      <w:contextualSpacing/>
    </w:pPr>
    <w:rPr>
      <w:rFonts w:asciiTheme="majorHAnsi" w:eastAsiaTheme="majorEastAsia" w:hAnsiTheme="majorHAnsi" w:cstheme="majorBidi"/>
      <w:b/>
      <w:color w:val="000000"/>
      <w:spacing w:val="5"/>
      <w:kern w:val="28"/>
      <w:sz w:val="36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spacing w:after="60"/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spacing w:after="60"/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spacing w:after="60"/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endnote text"/>
    <w:basedOn w:val="a1"/>
    <w:link w:val="aff9"/>
    <w:uiPriority w:val="99"/>
    <w:semiHidden/>
    <w:unhideWhenUsed/>
    <w:rsid w:val="00A7029B"/>
    <w:pPr>
      <w:spacing w:after="0" w:line="240" w:lineRule="auto"/>
    </w:pPr>
    <w:rPr>
      <w:sz w:val="20"/>
      <w:szCs w:val="20"/>
    </w:rPr>
  </w:style>
  <w:style w:type="character" w:customStyle="1" w:styleId="aff9">
    <w:name w:val="Текст концевой сноски Знак"/>
    <w:basedOn w:val="a2"/>
    <w:link w:val="aff8"/>
    <w:uiPriority w:val="99"/>
    <w:semiHidden/>
    <w:rsid w:val="00A7029B"/>
    <w:rPr>
      <w:rFonts w:ascii="Arial" w:eastAsia="Arial" w:hAnsi="Arial"/>
      <w:sz w:val="20"/>
      <w:szCs w:val="20"/>
    </w:rPr>
  </w:style>
  <w:style w:type="character" w:styleId="affa">
    <w:name w:val="endnote reference"/>
    <w:basedOn w:val="a2"/>
    <w:uiPriority w:val="99"/>
    <w:semiHidden/>
    <w:unhideWhenUsed/>
    <w:rsid w:val="00A7029B"/>
    <w:rPr>
      <w:vertAlign w:val="superscript"/>
    </w:rPr>
  </w:style>
  <w:style w:type="paragraph" w:styleId="affb">
    <w:name w:val="footnote text"/>
    <w:basedOn w:val="a1"/>
    <w:link w:val="affc"/>
    <w:uiPriority w:val="99"/>
    <w:semiHidden/>
    <w:unhideWhenUsed/>
    <w:rsid w:val="00A7029B"/>
    <w:pPr>
      <w:spacing w:after="0" w:line="240" w:lineRule="auto"/>
    </w:pPr>
    <w:rPr>
      <w:sz w:val="20"/>
      <w:szCs w:val="20"/>
    </w:rPr>
  </w:style>
  <w:style w:type="character" w:customStyle="1" w:styleId="affc">
    <w:name w:val="Текст сноски Знак"/>
    <w:basedOn w:val="a2"/>
    <w:link w:val="affb"/>
    <w:uiPriority w:val="99"/>
    <w:semiHidden/>
    <w:rsid w:val="00A7029B"/>
    <w:rPr>
      <w:rFonts w:ascii="Arial" w:eastAsia="Arial" w:hAnsi="Arial"/>
      <w:sz w:val="20"/>
      <w:szCs w:val="20"/>
    </w:rPr>
  </w:style>
  <w:style w:type="character" w:styleId="affd">
    <w:name w:val="footnote reference"/>
    <w:basedOn w:val="a2"/>
    <w:uiPriority w:val="99"/>
    <w:semiHidden/>
    <w:unhideWhenUsed/>
    <w:rsid w:val="00A702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11</Pages>
  <Words>2453</Words>
  <Characters>13983</Characters>
  <Application>Microsoft Office Word</Application>
  <DocSecurity>0</DocSecurity>
  <Lines>116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Календарно-тематическое планирование учебного курса Индивидуальный проект для 10–11 классов</vt:lpstr>
      <vt:lpstr/>
    </vt:vector>
  </TitlesOfParts>
  <Manager/>
  <Company/>
  <LinksUpToDate>false</LinksUpToDate>
  <CharactersWithSpaces>16404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Календарно-тематическое планирование учебного курса Индивидуальный проект для 10–11 классов</dc:title>
  <dc:subject>КТП на 68 часов</dc:subject>
  <dc:creator>1</dc:creator>
  <cp:keywords>индивидуальный проект, КТП, 10 класс, 11 класс</cp:keywords>
  <cp:lastModifiedBy>Лолита</cp:lastModifiedBy>
  <cp:revision>13</cp:revision>
  <dcterms:created xsi:type="dcterms:W3CDTF">2026-09-14T18:14:00Z</dcterms:created>
  <dcterms:modified xsi:type="dcterms:W3CDTF">2026-09-15T06:45:00Z</dcterms:modified>
  <cp:category/>
</cp:coreProperties>
</file>